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 החג וחודש 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חודש כסלו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נס פך השמן וסיפור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מתתיהו הכהן ובניו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כסלו הוא השלישי כשסופרים מתשרי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 בספרי נחמיה וזכריה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מצאו אותו מוזנח וטיהרו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 החלומות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הנרות הללו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(חולם על סולם המגיע השמיימה)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(חולם על אלומות, שמש וירח)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(חולם על פרות ושיבולים)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(מלך שניסה לכפות על היהודים לוותר על דרכם)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שולטים בארץ ישראל וגוזרים גזרות על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 ובניו מורדים ועומדים על דרכם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חוזרים לירושלים ומוצאים את המקדש מוזנח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מנקים ומטהרים את המקדש ובונים מזבח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שחלום הוא כמו אור פנימי שמראה כיוון, כמו נר שמראה את הצעד הבא, ושיוסף השתמש בחלומותיו לעזור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יכתבו פתק אישי המביע הכרת תודה למישהו קרוב 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כ״ה בכסלו, כי אז טיהרו וחנכו את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נמצא פך שמן ליום אחד אך הוא 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חנוכה פירושה חנוכת המקדש - ההתחלה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הקטעים המנוקדים לילדים הצעירים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סביבון אמיתי להדגמת המשחק והאותיות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כתיבת פתק התודה כחלק מטקס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 החג וחודש 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חודש כסלו, סיפור המכבים, נס פך השמן ומנהגי החג במקומות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הנרות הללו  ·  מתתיהו  ·  חודש החלומות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מתחילים להדליק נרות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בראש חודש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דלק השמן בנס פך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הנהיג את המרד נגד היוונים?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מתתיהו הכהן ובניו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שלמה המלך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כסלו הוא החודש הראשון בלוח העברי כשסופרים מתשרי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החודש כסלו מופיע כבר בתנ״ך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מצאו את המקדש נקי ומסודר כשחזרו אליו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כסלו נקרא לעיתים __________ כי קוראים בו בתורה פרשות מלאות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יהודה המכבי __________ עמד בראש המרד נגד היוונים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בכל ערב של חנוכה נהוג לומר את הקטע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מלך שניסה לכפות על היהודים לוותר על דרכם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חולם על פרות ושיבולים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חולם על אלומות, שמש וירח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אנטיוכוס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חולם על סולם המגיע השמיימה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מתתיהו ובניו מורדים ועומדים על דרכם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מנקים ומטהרים את המקדש ובונים מזבח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שולטים בארץ ישראל וגוזרים גזרות על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חוזרים לירושלים ומוצאים את המקדש מוזנח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פיסקה קצרה: מה הקשר בין חלומות יוסף לבין רעיון האור של חנוכה?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חנוכה הוא גם חג של תודה. כתבו פתק תודה קצר למישהו שהאיר לכם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מתחילים להדליק נרות חנוכה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בנס פך השמן?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סיפור החג וחודש כסלו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