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סיפור החג וחודש כסלו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חודש כסלו וחג החנוכה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נס פך השמן וסיפור המכבים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מנהגי חנוכה בקהילות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בכ״ה בכסלו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מתתיהו הכהן ובניו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חנוכת המקדש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סופגניות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כסלו הוא השלישי כשסופרים מתשרי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מופיע בספרי נחמיה וזכריה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הם מצאו אותו מוזנח וטיהרו אותו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 מסמלת 'נס גדול היה שם'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בקהילה זו לא נהגו לחגוג חנוכה באתיופיה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זהו ביטוי בארמית שמשמעותו פרסום הנס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חודש החלומות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מתתיהו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הנרות הללו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ספינג׳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טבת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פ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(חולם על סולם המגיע השמיימה)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(חולם על אלומות, שמש וירח)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(חולם על פרות ושיבולים)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(מלך שניסה לכפות על היהודים לוותר על דרכם)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(זכר לסיפורה אוכלים מאכלי חלב)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היוונים שולטים בארץ ישראל וגוזרים גזרות על היהודים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מתתיהו ובניו מורדים ועומדים על דרכם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המכבים חוזרים לירושלים ומוצאים את המקדש מוזנח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מנקים ומטהרים את המקדש ובונים מזבח 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מוצאים פך שמן אחד שמספיק ליום בלבד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השמן דולק שמונה ימים במקום יום אחד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יסבירו שחלום הוא כמו אור פנימי שמראה כיוון, כמו נר שמראה את הצעד הבא, ושיוסף השתמש בחלומותיו לעזור לאחרים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תלמידים יכתבו פתק אישי המביע הכרת תודה למישהו קרוב להם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כ״ה בכסלו, כי אז טיהרו וחנכו את המקדש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נמצא פך שמן ליום אחד אך הוא דלק שמונה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חנוכה פירושה חנוכת המקדש - ההתחלה מחדש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הקטעים המנוקדים לילדים הצעירים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סביבון אמיתי להדגמת המשחק והאותיות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פעילות כתיבת פתק התודה כחלק מטקס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סיפור החג וחודש כסלו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על חודש כסלו ועל חג החנוכה - הסיפור, הנס והמנהגים.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כסלו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החודש העברי שבו חוגגים 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המכבים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משפחת מתתיהו שמרדה ביוונים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פך השמן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 קטן של שמן שדלק שמונה ימים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פרסומי ניסא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פרסום הנס - להניח חנוכייה בחלון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סביבון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צעצוע מסתובב עם ארבע אותיות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חג הבנות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מיוחד לנשים בתוך ימי חנוכה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 הניסים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תפילת הודיה מיוחדת לחג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יום מתחילים להדליק נרות?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בא׳ בכסלו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בכ״ה בכסלו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בראש חודש טבת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בסוף טבת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נמשך הנס?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שבעה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התחיל את המרד?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דוד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מתתיהו הכהן ובניו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שלמה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המשמעות של המילה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חג האור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חנוכת המקדש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חג השמן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חג הנצחון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קנים היו במנורה המקורית?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אוכלים בחנוכה בישראל?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עוגות דבש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סופגניות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מצות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תפוחים בדבש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כסלו הוא החודש הראשון בלוח העברי כשסופרים מתשרי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החודש כסלו מופיע כבר בתנ״ך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המכבים מצאו את המקדש נקי ומסודר כשחזרו אליו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בחוץ לארץ כתוב על הסביבון האות ש במקום פ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בקהילת ביתא ישראל נהגו לחגוג את חנוכה באופן מסורתי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פרסומי ניסא פירושו פרסום הנס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כסלו נקרא לעיתים __________ כי קוראים בו בתורה פרשות מלאות חלומות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יהודה המכבי __________ עמד בראש המרד נגד היוונים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בכל ערב של חנוכה נהוג לומר את הקטע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בקהילות צפון אפריקה מכינים מאפה מטוגן בשם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ראש חודש __________ חל תמיד בתוך ימי 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על ארבע פאות הסביבון בישראל כתובות האותיות נ ג 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יעקב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מלך שניסה לכפות על היהודים לוותר על דרכם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יוסף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זכר לסיפורה אוכלים מאכלי חלב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פרעה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חולם על סולם המגיע השמיימה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אנטיוכוס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חולם על אלומות, שמש וירח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יהודית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חולם על פרות ושיבולים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מתתיהו ובניו מורדים ועומדים על דרכם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היוונים שולטים בארץ ישראל וגוזרים גזרות על היהודים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מוצאים פך שמן אחד שמספיק ליום בלבד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המכבים חוזרים לירושלים ומוצאים את המקדש מוזנח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השמן דולק שמונה ימים במקום יום אחד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מנקים ומטהרים את המקדש ובונים מזבח חדש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פיסקה קצרה: מה הקשר בין חלומות יוסף לבין רעיון האור של חנוכה?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חנוכה הוא גם חג של תודה. כתבו פתק תודה קצר למישהו שהאיר לכם השנה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מתחילים להדליק נרות חנוכה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בנס פך השמן?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הקשר בין המילה חנוכה לסיפור החג?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סיפור החג וחודש כסלו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